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3844A" w14:textId="77777777" w:rsidR="003B1933" w:rsidRDefault="00000000">
      <w:pPr>
        <w:jc w:val="center"/>
      </w:pPr>
      <w:r>
        <w:rPr>
          <w:noProof/>
        </w:rPr>
        <w:drawing>
          <wp:inline distT="0" distB="0" distL="0" distR="0" wp14:anchorId="1275BB49" wp14:editId="499E8A61">
            <wp:extent cx="2160000" cy="5352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53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CCDFC" w14:textId="77777777" w:rsidR="00DA01E7" w:rsidRDefault="00DA01E7">
      <w:pPr>
        <w:jc w:val="center"/>
      </w:pPr>
    </w:p>
    <w:p w14:paraId="3326F25C" w14:textId="77777777" w:rsidR="003B1933" w:rsidRPr="00DA01E7" w:rsidRDefault="00000000">
      <w:pPr>
        <w:pStyle w:val="Ttulo"/>
        <w:jc w:val="center"/>
        <w:rPr>
          <w:lang w:val="pt-BR"/>
        </w:rPr>
      </w:pPr>
      <w:r w:rsidRPr="00DA01E7">
        <w:rPr>
          <w:rFonts w:ascii="Times New Roman" w:eastAsia="Times New Roman" w:hAnsi="Times New Roman"/>
          <w:lang w:val="pt-BR"/>
        </w:rPr>
        <w:t>VII SEMANA DE LETRAS DA UNEAL</w:t>
      </w:r>
    </w:p>
    <w:p w14:paraId="039C8C62" w14:textId="77777777" w:rsidR="00DA01E7" w:rsidRDefault="00DA01E7">
      <w:pPr>
        <w:jc w:val="center"/>
        <w:rPr>
          <w:lang w:val="pt-BR"/>
        </w:rPr>
      </w:pPr>
    </w:p>
    <w:p w14:paraId="782C92CD" w14:textId="77B92554" w:rsidR="003B1933" w:rsidRPr="00DA01E7" w:rsidRDefault="00DA01E7">
      <w:pPr>
        <w:jc w:val="center"/>
        <w:rPr>
          <w:lang w:val="pt-BR"/>
        </w:rPr>
      </w:pPr>
      <w:r>
        <w:rPr>
          <w:lang w:val="pt-BR"/>
        </w:rPr>
        <w:t>Sugestão de m</w:t>
      </w:r>
      <w:r w:rsidR="00000000" w:rsidRPr="00DA01E7">
        <w:rPr>
          <w:lang w:val="pt-BR"/>
        </w:rPr>
        <w:t>odelo de resumo para submissão</w:t>
      </w:r>
    </w:p>
    <w:p w14:paraId="6108CB71" w14:textId="77777777" w:rsidR="003B1933" w:rsidRPr="00DA01E7" w:rsidRDefault="003B1933">
      <w:pPr>
        <w:rPr>
          <w:lang w:val="pt-BR"/>
        </w:rPr>
      </w:pPr>
    </w:p>
    <w:p w14:paraId="29718964" w14:textId="77777777" w:rsidR="003B1933" w:rsidRDefault="00000000">
      <w:pPr>
        <w:pStyle w:val="Ttulo"/>
        <w:jc w:val="center"/>
        <w:rPr>
          <w:rFonts w:ascii="Times New Roman" w:eastAsia="Times New Roman" w:hAnsi="Times New Roman"/>
          <w:lang w:val="pt-BR"/>
        </w:rPr>
      </w:pPr>
      <w:r w:rsidRPr="00DA01E7">
        <w:rPr>
          <w:rFonts w:ascii="Times New Roman" w:eastAsia="Times New Roman" w:hAnsi="Times New Roman"/>
          <w:lang w:val="pt-BR"/>
        </w:rPr>
        <w:t>TÍTULO DO TRABALHO EM CAIXA ALTA</w:t>
      </w:r>
    </w:p>
    <w:p w14:paraId="43B736B5" w14:textId="77777777" w:rsidR="00DA01E7" w:rsidRDefault="00DA01E7" w:rsidP="00DA01E7">
      <w:pPr>
        <w:rPr>
          <w:lang w:val="pt-BR"/>
        </w:rPr>
      </w:pPr>
    </w:p>
    <w:p w14:paraId="4C2BE302" w14:textId="77777777" w:rsidR="00DA01E7" w:rsidRPr="00DA01E7" w:rsidRDefault="00DA01E7" w:rsidP="00DA01E7">
      <w:pPr>
        <w:rPr>
          <w:lang w:val="pt-BR"/>
        </w:rPr>
      </w:pPr>
    </w:p>
    <w:p w14:paraId="03B084EB" w14:textId="77777777" w:rsidR="003B1933" w:rsidRDefault="00000000">
      <w:pPr>
        <w:jc w:val="right"/>
        <w:rPr>
          <w:lang w:val="pt-BR"/>
        </w:rPr>
      </w:pPr>
      <w:r w:rsidRPr="00DA01E7">
        <w:rPr>
          <w:lang w:val="pt-BR"/>
        </w:rPr>
        <w:t>Nome completo do(a) autor(a) (Instituição) — e-mail</w:t>
      </w:r>
    </w:p>
    <w:p w14:paraId="731866AD" w14:textId="77777777" w:rsidR="00DA01E7" w:rsidRDefault="00DA01E7">
      <w:pPr>
        <w:jc w:val="right"/>
        <w:rPr>
          <w:lang w:val="pt-BR"/>
        </w:rPr>
      </w:pPr>
    </w:p>
    <w:p w14:paraId="374A9C56" w14:textId="77777777" w:rsidR="00DA01E7" w:rsidRPr="00DA01E7" w:rsidRDefault="00DA01E7">
      <w:pPr>
        <w:jc w:val="right"/>
        <w:rPr>
          <w:lang w:val="pt-BR"/>
        </w:rPr>
      </w:pPr>
    </w:p>
    <w:p w14:paraId="04376D37" w14:textId="7641466C" w:rsidR="003B1933" w:rsidRPr="00DA01E7" w:rsidRDefault="00000000">
      <w:pPr>
        <w:jc w:val="both"/>
        <w:rPr>
          <w:lang w:val="pt-BR"/>
        </w:rPr>
      </w:pPr>
      <w:r w:rsidRPr="00DA01E7">
        <w:rPr>
          <w:lang w:val="pt-BR"/>
        </w:rPr>
        <w:t xml:space="preserve">[Substitua este parágrafo pelo resumo do seu trabalho, com extensão de 200 a 400 palavras. </w:t>
      </w:r>
      <w:r w:rsidR="00DA01E7" w:rsidRPr="00DA01E7">
        <w:rPr>
          <w:lang w:val="pt-BR"/>
        </w:rPr>
        <w:t>x</w:t>
      </w:r>
      <w:r w:rsidR="00DA01E7">
        <w:rPr>
          <w:lang w:val="pt-B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DA01E7">
        <w:rPr>
          <w:lang w:val="pt-B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5D6590C0" w14:textId="77777777" w:rsidR="003B1933" w:rsidRPr="00DA01E7" w:rsidRDefault="003B1933">
      <w:pPr>
        <w:rPr>
          <w:lang w:val="pt-BR"/>
        </w:rPr>
      </w:pPr>
    </w:p>
    <w:p w14:paraId="1C6EF151" w14:textId="77777777" w:rsidR="003B1933" w:rsidRPr="00DA01E7" w:rsidRDefault="00000000">
      <w:pPr>
        <w:rPr>
          <w:lang w:val="pt-BR"/>
        </w:rPr>
      </w:pPr>
      <w:r w:rsidRPr="00DA01E7">
        <w:rPr>
          <w:b/>
          <w:lang w:val="pt-BR"/>
        </w:rPr>
        <w:t xml:space="preserve">Palavras-chave: </w:t>
      </w:r>
      <w:r w:rsidRPr="00DA01E7">
        <w:rPr>
          <w:lang w:val="pt-BR"/>
        </w:rPr>
        <w:t>primeiro termo; segundo termo; terceiro termo.</w:t>
      </w:r>
    </w:p>
    <w:p w14:paraId="672C628D" w14:textId="77777777" w:rsidR="003B1933" w:rsidRPr="00DA01E7" w:rsidRDefault="003B1933" w:rsidP="00DA01E7">
      <w:pPr>
        <w:jc w:val="both"/>
        <w:rPr>
          <w:lang w:val="pt-BR"/>
        </w:rPr>
      </w:pPr>
    </w:p>
    <w:p w14:paraId="2CCDA8EB" w14:textId="77777777" w:rsidR="003B1933" w:rsidRDefault="00000000" w:rsidP="00DA01E7">
      <w:pPr>
        <w:jc w:val="center"/>
        <w:rPr>
          <w:b/>
          <w:lang w:val="pt-BR"/>
        </w:rPr>
      </w:pPr>
      <w:r w:rsidRPr="00DA01E7">
        <w:rPr>
          <w:b/>
          <w:lang w:val="pt-BR"/>
        </w:rPr>
        <w:t>ORIENTAÇÕES DE FORMATAÇÃO</w:t>
      </w:r>
    </w:p>
    <w:p w14:paraId="3CACDFE0" w14:textId="77777777" w:rsidR="00DA01E7" w:rsidRPr="00DA01E7" w:rsidRDefault="00DA01E7" w:rsidP="00DA01E7">
      <w:pPr>
        <w:jc w:val="center"/>
        <w:rPr>
          <w:lang w:val="pt-BR"/>
        </w:rPr>
      </w:pPr>
    </w:p>
    <w:p w14:paraId="68D61636" w14:textId="46D12592" w:rsidR="003B1933" w:rsidRPr="00DA01E7" w:rsidRDefault="00000000" w:rsidP="00DA01E7">
      <w:pPr>
        <w:spacing w:line="360" w:lineRule="auto"/>
        <w:rPr>
          <w:lang w:val="pt-BR"/>
        </w:rPr>
      </w:pPr>
      <w:r w:rsidRPr="00DA01E7">
        <w:rPr>
          <w:lang w:val="pt-BR"/>
        </w:rPr>
        <w:t>Fonte Times New Roman</w:t>
      </w:r>
      <w:r w:rsidR="00DA01E7">
        <w:rPr>
          <w:lang w:val="pt-BR"/>
        </w:rPr>
        <w:t xml:space="preserve"> ou Arial</w:t>
      </w:r>
      <w:r w:rsidRPr="00DA01E7">
        <w:rPr>
          <w:lang w:val="pt-BR"/>
        </w:rPr>
        <w:t>, tamanho 12, inclusive no título e na autoria.</w:t>
      </w:r>
    </w:p>
    <w:p w14:paraId="781F0375" w14:textId="77777777" w:rsidR="003B1933" w:rsidRPr="00DA01E7" w:rsidRDefault="00000000" w:rsidP="00DA01E7">
      <w:pPr>
        <w:spacing w:line="360" w:lineRule="auto"/>
        <w:rPr>
          <w:lang w:val="pt-BR"/>
        </w:rPr>
      </w:pPr>
      <w:r w:rsidRPr="00DA01E7">
        <w:rPr>
          <w:lang w:val="pt-BR"/>
        </w:rPr>
        <w:t>Título centralizado, em negrito e caixa alta. Autoria alinhada à direita.</w:t>
      </w:r>
    </w:p>
    <w:p w14:paraId="58D4AAA5" w14:textId="77777777" w:rsidR="003B1933" w:rsidRPr="00DA01E7" w:rsidRDefault="00000000" w:rsidP="00DA01E7">
      <w:pPr>
        <w:spacing w:line="360" w:lineRule="auto"/>
        <w:rPr>
          <w:lang w:val="pt-BR"/>
        </w:rPr>
      </w:pPr>
      <w:r w:rsidRPr="00DA01E7">
        <w:rPr>
          <w:lang w:val="pt-BR"/>
        </w:rPr>
        <w:t>Resumo justificado, em parágrafo único, sem recuo na primeira linha.</w:t>
      </w:r>
    </w:p>
    <w:p w14:paraId="71A3619E" w14:textId="77777777" w:rsidR="003B1933" w:rsidRPr="00DA01E7" w:rsidRDefault="00000000" w:rsidP="00DA01E7">
      <w:pPr>
        <w:spacing w:line="360" w:lineRule="auto"/>
        <w:rPr>
          <w:lang w:val="pt-BR"/>
        </w:rPr>
      </w:pPr>
      <w:r w:rsidRPr="00DA01E7">
        <w:rPr>
          <w:lang w:val="pt-BR"/>
        </w:rPr>
        <w:t xml:space="preserve">Espaçamento simples entre linhas e 0 </w:t>
      </w:r>
      <w:proofErr w:type="spellStart"/>
      <w:r w:rsidRPr="00DA01E7">
        <w:rPr>
          <w:lang w:val="pt-BR"/>
        </w:rPr>
        <w:t>pt</w:t>
      </w:r>
      <w:proofErr w:type="spellEnd"/>
      <w:r w:rsidRPr="00DA01E7">
        <w:rPr>
          <w:lang w:val="pt-BR"/>
        </w:rPr>
        <w:t xml:space="preserve"> antes e depois dos parágrafos.</w:t>
      </w:r>
    </w:p>
    <w:p w14:paraId="23E4D6E6" w14:textId="77777777" w:rsidR="003B1933" w:rsidRPr="00DA01E7" w:rsidRDefault="00000000" w:rsidP="00DA01E7">
      <w:pPr>
        <w:spacing w:line="360" w:lineRule="auto"/>
        <w:rPr>
          <w:lang w:val="pt-BR"/>
        </w:rPr>
      </w:pPr>
      <w:r w:rsidRPr="00DA01E7">
        <w:rPr>
          <w:lang w:val="pt-BR"/>
        </w:rPr>
        <w:t>Extensão de 200 a 400 palavras, sem contar título, autoria e palavras-chave.</w:t>
      </w:r>
    </w:p>
    <w:p w14:paraId="1D14E9A2" w14:textId="77777777" w:rsidR="003B1933" w:rsidRPr="00DA01E7" w:rsidRDefault="00000000" w:rsidP="00DA01E7">
      <w:pPr>
        <w:spacing w:line="360" w:lineRule="auto"/>
        <w:rPr>
          <w:lang w:val="pt-BR"/>
        </w:rPr>
      </w:pPr>
      <w:r w:rsidRPr="00DA01E7">
        <w:rPr>
          <w:lang w:val="pt-BR"/>
        </w:rPr>
        <w:t>De três a cinco palavras-chave, separadas por ponto e vírgula e com ponto final.</w:t>
      </w:r>
    </w:p>
    <w:sectPr w:rsidR="003B1933" w:rsidRPr="00DA01E7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8128560">
    <w:abstractNumId w:val="8"/>
  </w:num>
  <w:num w:numId="2" w16cid:durableId="190732047">
    <w:abstractNumId w:val="6"/>
  </w:num>
  <w:num w:numId="3" w16cid:durableId="1488204293">
    <w:abstractNumId w:val="5"/>
  </w:num>
  <w:num w:numId="4" w16cid:durableId="1059283863">
    <w:abstractNumId w:val="4"/>
  </w:num>
  <w:num w:numId="5" w16cid:durableId="691759238">
    <w:abstractNumId w:val="7"/>
  </w:num>
  <w:num w:numId="6" w16cid:durableId="1318655188">
    <w:abstractNumId w:val="3"/>
  </w:num>
  <w:num w:numId="7" w16cid:durableId="813765092">
    <w:abstractNumId w:val="2"/>
  </w:num>
  <w:num w:numId="8" w16cid:durableId="2034383307">
    <w:abstractNumId w:val="1"/>
  </w:num>
  <w:num w:numId="9" w16cid:durableId="195967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933"/>
    <w:rsid w:val="00AA1D8D"/>
    <w:rsid w:val="00B47730"/>
    <w:rsid w:val="00CB0664"/>
    <w:rsid w:val="00DA01E7"/>
    <w:rsid w:val="00FC0D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E2A72"/>
  <w14:defaultImageDpi w14:val="300"/>
  <w15:docId w15:val="{39B326AC-B3A0-4DCF-B603-D20F1B98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da VII Semana de Letras da UNEAL</dc:title>
  <dc:subject/>
  <dc:creator>VII Semana de Letras da UNEAL</dc:creator>
  <cp:keywords/>
  <dc:description>generated by python-docx</dc:description>
  <cp:lastModifiedBy>Usuário</cp:lastModifiedBy>
  <cp:revision>2</cp:revision>
  <dcterms:created xsi:type="dcterms:W3CDTF">2013-12-23T23:15:00Z</dcterms:created>
  <dcterms:modified xsi:type="dcterms:W3CDTF">2026-10-19T18:39:00Z</dcterms:modified>
  <cp:category/>
</cp:coreProperties>
</file>